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DA7" w:rsidRPr="001C014C" w:rsidRDefault="001C014C">
      <w:pPr>
        <w:jc w:val="center"/>
        <w:rPr>
          <w:sz w:val="22"/>
        </w:rPr>
      </w:pPr>
      <w:bookmarkStart w:id="0" w:name="_GoBack"/>
      <w:bookmarkEnd w:id="0"/>
      <w:r w:rsidRPr="001C014C">
        <w:rPr>
          <w:b/>
          <w:sz w:val="22"/>
        </w:rPr>
        <w:t>CENTRAL SILK BOARD</w:t>
      </w:r>
      <w:r w:rsidRPr="001C014C">
        <w:rPr>
          <w:b/>
          <w:sz w:val="22"/>
        </w:rPr>
        <w:br/>
        <w:t>CSB-INSTITUTE FOR SERI-BIOTECHNOLOGICAL RESEARCH, KODATHI, BENGALURU-560035</w:t>
      </w:r>
    </w:p>
    <w:p w:rsidR="00B95DA7" w:rsidRPr="001C014C" w:rsidRDefault="001C014C">
      <w:pPr>
        <w:jc w:val="center"/>
        <w:rPr>
          <w:sz w:val="22"/>
        </w:rPr>
      </w:pPr>
      <w:r w:rsidRPr="001C014C">
        <w:rPr>
          <w:b/>
          <w:sz w:val="22"/>
        </w:rPr>
        <w:t>SILKWORM SAMPLE COLLECTION FORM FOR DISEASE DIAGNOSIS</w:t>
      </w:r>
    </w:p>
    <w:p w:rsidR="00B95DA7" w:rsidRDefault="00615BC9">
      <w:pPr>
        <w:spacing w:before="100" w:after="40"/>
      </w:pPr>
      <w:r>
        <w:rPr>
          <w:b/>
          <w:sz w:val="22"/>
        </w:rPr>
        <w:t>A. CUSTOMER / SAMPLE SUBMITTER DETAILS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3"/>
        <w:gridCol w:w="5889"/>
      </w:tblGrid>
      <w:tr w:rsidR="00B95DA7" w:rsidTr="00C93CE4">
        <w:trPr>
          <w:jc w:val="center"/>
        </w:trPr>
        <w:tc>
          <w:tcPr>
            <w:tcW w:w="4839" w:type="dxa"/>
            <w:shd w:val="clear" w:color="auto" w:fill="EDEDED"/>
            <w:vAlign w:val="center"/>
          </w:tcPr>
          <w:p w:rsidR="00B95DA7" w:rsidRDefault="00615BC9">
            <w:pPr>
              <w:spacing w:after="0"/>
            </w:pPr>
            <w:r>
              <w:rPr>
                <w:b/>
                <w:sz w:val="17"/>
              </w:rPr>
              <w:t>Name of Farmer / Customer / Institution</w:t>
            </w:r>
          </w:p>
        </w:tc>
        <w:tc>
          <w:tcPr>
            <w:tcW w:w="5889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 w:rsidR="00B95DA7" w:rsidTr="00C93CE4">
        <w:trPr>
          <w:jc w:val="center"/>
        </w:trPr>
        <w:tc>
          <w:tcPr>
            <w:tcW w:w="4839" w:type="dxa"/>
            <w:shd w:val="clear" w:color="auto" w:fill="EDEDED"/>
            <w:vAlign w:val="center"/>
          </w:tcPr>
          <w:p w:rsidR="00B95DA7" w:rsidRDefault="00615BC9">
            <w:pPr>
              <w:spacing w:after="0"/>
            </w:pPr>
            <w:r>
              <w:rPr>
                <w:b/>
                <w:sz w:val="17"/>
              </w:rPr>
              <w:t>Address</w:t>
            </w:r>
          </w:p>
        </w:tc>
        <w:tc>
          <w:tcPr>
            <w:tcW w:w="5889" w:type="dxa"/>
            <w:vAlign w:val="center"/>
          </w:tcPr>
          <w:p w:rsidR="00C93CE4" w:rsidRDefault="00C93CE4">
            <w:pPr>
              <w:spacing w:after="0"/>
              <w:rPr>
                <w:sz w:val="17"/>
              </w:rPr>
            </w:pPr>
          </w:p>
          <w:p w:rsidR="00C93CE4" w:rsidRDefault="00C93CE4">
            <w:pPr>
              <w:spacing w:after="0"/>
              <w:rPr>
                <w:sz w:val="17"/>
              </w:rPr>
            </w:pPr>
          </w:p>
          <w:p w:rsidR="00C93CE4" w:rsidRDefault="00C93CE4">
            <w:pPr>
              <w:spacing w:after="0"/>
              <w:rPr>
                <w:sz w:val="17"/>
              </w:rPr>
            </w:pPr>
          </w:p>
          <w:p w:rsidR="00B95DA7" w:rsidRDefault="00615BC9">
            <w:pPr>
              <w:spacing w:after="0"/>
            </w:pPr>
            <w:r>
              <w:rPr>
                <w:sz w:val="17"/>
              </w:rPr>
              <w:t>___________________________________________</w:t>
            </w:r>
          </w:p>
        </w:tc>
      </w:tr>
      <w:tr w:rsidR="00B95DA7" w:rsidTr="00C93CE4">
        <w:trPr>
          <w:jc w:val="center"/>
        </w:trPr>
        <w:tc>
          <w:tcPr>
            <w:tcW w:w="4839" w:type="dxa"/>
            <w:shd w:val="clear" w:color="auto" w:fill="EDEDED"/>
            <w:vAlign w:val="center"/>
          </w:tcPr>
          <w:p w:rsidR="00B95DA7" w:rsidRDefault="00615BC9">
            <w:pPr>
              <w:spacing w:after="0"/>
            </w:pPr>
            <w:r>
              <w:rPr>
                <w:b/>
                <w:sz w:val="17"/>
              </w:rPr>
              <w:t>Mobile No.</w:t>
            </w:r>
          </w:p>
        </w:tc>
        <w:tc>
          <w:tcPr>
            <w:tcW w:w="5889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7"/>
              </w:rPr>
              <w:t>________________________</w:t>
            </w:r>
          </w:p>
        </w:tc>
      </w:tr>
      <w:tr w:rsidR="00B95DA7" w:rsidTr="00C93CE4">
        <w:trPr>
          <w:jc w:val="center"/>
        </w:trPr>
        <w:tc>
          <w:tcPr>
            <w:tcW w:w="4839" w:type="dxa"/>
            <w:shd w:val="clear" w:color="auto" w:fill="EDEDED"/>
            <w:vAlign w:val="center"/>
          </w:tcPr>
          <w:p w:rsidR="00B95DA7" w:rsidRDefault="00615BC9">
            <w:pPr>
              <w:spacing w:after="0"/>
            </w:pPr>
            <w:r>
              <w:rPr>
                <w:b/>
                <w:sz w:val="17"/>
              </w:rPr>
              <w:t>Email (if applicable)</w:t>
            </w:r>
          </w:p>
        </w:tc>
        <w:tc>
          <w:tcPr>
            <w:tcW w:w="5889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 w:rsidR="00B95DA7" w:rsidTr="00C93CE4">
        <w:trPr>
          <w:jc w:val="center"/>
        </w:trPr>
        <w:tc>
          <w:tcPr>
            <w:tcW w:w="4839" w:type="dxa"/>
            <w:shd w:val="clear" w:color="auto" w:fill="EDEDED"/>
            <w:vAlign w:val="center"/>
          </w:tcPr>
          <w:p w:rsidR="00B95DA7" w:rsidRDefault="00615BC9">
            <w:pPr>
              <w:spacing w:after="0"/>
            </w:pPr>
            <w:r>
              <w:rPr>
                <w:b/>
                <w:sz w:val="17"/>
              </w:rPr>
              <w:t>Submitted By / Designation</w:t>
            </w:r>
          </w:p>
        </w:tc>
        <w:tc>
          <w:tcPr>
            <w:tcW w:w="5889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 w:rsidR="00C93CE4" w:rsidTr="00C93CE4">
        <w:trPr>
          <w:jc w:val="center"/>
        </w:trPr>
        <w:tc>
          <w:tcPr>
            <w:tcW w:w="4839" w:type="dxa"/>
            <w:shd w:val="clear" w:color="auto" w:fill="EDEDED"/>
            <w:vAlign w:val="center"/>
          </w:tcPr>
          <w:p w:rsidR="00C93CE4" w:rsidRDefault="00C93CE4">
            <w:pPr>
              <w:spacing w:after="0"/>
              <w:rPr>
                <w:b/>
                <w:sz w:val="17"/>
              </w:rPr>
            </w:pPr>
            <w:r>
              <w:rPr>
                <w:b/>
                <w:sz w:val="17"/>
              </w:rPr>
              <w:t xml:space="preserve">Collection date </w:t>
            </w:r>
          </w:p>
        </w:tc>
        <w:tc>
          <w:tcPr>
            <w:tcW w:w="5889" w:type="dxa"/>
            <w:vAlign w:val="center"/>
          </w:tcPr>
          <w:p w:rsidR="00C93CE4" w:rsidRDefault="00C93CE4">
            <w:pPr>
              <w:spacing w:after="0"/>
              <w:rPr>
                <w:sz w:val="17"/>
              </w:rPr>
            </w:pPr>
          </w:p>
        </w:tc>
      </w:tr>
      <w:tr w:rsidR="00C93CE4" w:rsidTr="00C93CE4">
        <w:trPr>
          <w:jc w:val="center"/>
        </w:trPr>
        <w:tc>
          <w:tcPr>
            <w:tcW w:w="4839" w:type="dxa"/>
            <w:shd w:val="clear" w:color="auto" w:fill="EDEDED"/>
            <w:vAlign w:val="center"/>
          </w:tcPr>
          <w:p w:rsidR="00C93CE4" w:rsidRDefault="00C93CE4" w:rsidP="00C93CE4">
            <w:pPr>
              <w:spacing w:after="0"/>
            </w:pPr>
            <w:r>
              <w:rPr>
                <w:b/>
                <w:sz w:val="17"/>
              </w:rPr>
              <w:t>Collection Method</w:t>
            </w:r>
          </w:p>
        </w:tc>
        <w:tc>
          <w:tcPr>
            <w:tcW w:w="5889" w:type="dxa"/>
            <w:vAlign w:val="center"/>
          </w:tcPr>
          <w:p w:rsidR="00C93CE4" w:rsidRDefault="00C93CE4" w:rsidP="001C014C">
            <w:pPr>
              <w:spacing w:after="0"/>
            </w:pPr>
            <w:r>
              <w:rPr>
                <w:rFonts w:ascii="Segoe UI Symbol" w:hAnsi="Segoe UI Symbol" w:cs="Segoe UI Symbol"/>
                <w:sz w:val="17"/>
              </w:rPr>
              <w:t>☐</w:t>
            </w:r>
            <w:r>
              <w:rPr>
                <w:sz w:val="17"/>
              </w:rPr>
              <w:t xml:space="preserve"> Individual collection   </w:t>
            </w:r>
            <w:r>
              <w:rPr>
                <w:rFonts w:ascii="Segoe UI Symbol" w:hAnsi="Segoe UI Symbol" w:cs="Segoe UI Symbol"/>
                <w:sz w:val="17"/>
              </w:rPr>
              <w:t>☐</w:t>
            </w:r>
            <w:r>
              <w:rPr>
                <w:sz w:val="17"/>
              </w:rPr>
              <w:t xml:space="preserve"> Symptomatic sampling   </w:t>
            </w:r>
            <w:r>
              <w:rPr>
                <w:rFonts w:ascii="Segoe UI Symbol" w:hAnsi="Segoe UI Symbol" w:cs="Segoe UI Symbol"/>
                <w:sz w:val="17"/>
              </w:rPr>
              <w:t>☐</w:t>
            </w:r>
            <w:r>
              <w:rPr>
                <w:sz w:val="17"/>
              </w:rPr>
              <w:t xml:space="preserve"> Composite / pooled sampling</w:t>
            </w:r>
          </w:p>
        </w:tc>
      </w:tr>
    </w:tbl>
    <w:p w:rsidR="001C014C" w:rsidRDefault="001C014C">
      <w:pPr>
        <w:spacing w:before="100" w:after="40"/>
        <w:rPr>
          <w:b/>
          <w:sz w:val="22"/>
        </w:rPr>
      </w:pPr>
    </w:p>
    <w:p w:rsidR="00B95DA7" w:rsidRDefault="00615BC9">
      <w:pPr>
        <w:spacing w:before="100" w:after="40"/>
      </w:pPr>
      <w:r>
        <w:rPr>
          <w:b/>
          <w:sz w:val="22"/>
        </w:rPr>
        <w:t>B. SILKWORM REARING / SOURCE DETAILS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3"/>
        <w:gridCol w:w="5889"/>
      </w:tblGrid>
      <w:tr w:rsidR="00B95DA7" w:rsidTr="00C93CE4">
        <w:trPr>
          <w:jc w:val="center"/>
        </w:trPr>
        <w:tc>
          <w:tcPr>
            <w:tcW w:w="4839" w:type="dxa"/>
            <w:shd w:val="clear" w:color="auto" w:fill="EDEDED"/>
            <w:vAlign w:val="center"/>
          </w:tcPr>
          <w:p w:rsidR="00B95DA7" w:rsidRDefault="00615BC9">
            <w:pPr>
              <w:spacing w:after="0"/>
            </w:pPr>
            <w:r>
              <w:rPr>
                <w:b/>
                <w:sz w:val="17"/>
              </w:rPr>
              <w:t>Silkworm Species / Breed</w:t>
            </w:r>
          </w:p>
        </w:tc>
        <w:tc>
          <w:tcPr>
            <w:tcW w:w="5889" w:type="dxa"/>
            <w:vAlign w:val="center"/>
          </w:tcPr>
          <w:p w:rsidR="00B95DA7" w:rsidRDefault="00B95DA7">
            <w:pPr>
              <w:spacing w:after="0"/>
            </w:pPr>
          </w:p>
        </w:tc>
      </w:tr>
      <w:tr w:rsidR="00B95DA7" w:rsidTr="00C93CE4">
        <w:trPr>
          <w:jc w:val="center"/>
        </w:trPr>
        <w:tc>
          <w:tcPr>
            <w:tcW w:w="4839" w:type="dxa"/>
            <w:shd w:val="clear" w:color="auto" w:fill="EDEDED"/>
            <w:vAlign w:val="center"/>
          </w:tcPr>
          <w:p w:rsidR="00B95DA7" w:rsidRDefault="00615BC9">
            <w:pPr>
              <w:spacing w:after="0"/>
            </w:pPr>
            <w:r>
              <w:rPr>
                <w:b/>
                <w:sz w:val="17"/>
              </w:rPr>
              <w:t>Crop / Generation</w:t>
            </w:r>
          </w:p>
        </w:tc>
        <w:tc>
          <w:tcPr>
            <w:tcW w:w="5889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7"/>
              </w:rPr>
              <w:t>☐ Chawki   ☐ Late-age   ☐ Cocoon   ☐ Seed crop   ☐ Other: __________</w:t>
            </w:r>
          </w:p>
        </w:tc>
      </w:tr>
      <w:tr w:rsidR="00B95DA7" w:rsidTr="00C93CE4">
        <w:trPr>
          <w:jc w:val="center"/>
        </w:trPr>
        <w:tc>
          <w:tcPr>
            <w:tcW w:w="4839" w:type="dxa"/>
            <w:shd w:val="clear" w:color="auto" w:fill="EDEDED"/>
            <w:vAlign w:val="center"/>
          </w:tcPr>
          <w:p w:rsidR="00B95DA7" w:rsidRDefault="00615BC9">
            <w:pPr>
              <w:spacing w:after="0"/>
            </w:pPr>
            <w:r>
              <w:rPr>
                <w:b/>
                <w:sz w:val="17"/>
              </w:rPr>
              <w:t>Rearing Unit / Farm / Seed Farm</w:t>
            </w:r>
            <w:r w:rsidR="00C93CE4">
              <w:rPr>
                <w:b/>
                <w:sz w:val="17"/>
              </w:rPr>
              <w:t>/industry</w:t>
            </w:r>
          </w:p>
        </w:tc>
        <w:tc>
          <w:tcPr>
            <w:tcW w:w="5889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  <w:tr w:rsidR="00B95DA7" w:rsidTr="00C93CE4">
        <w:trPr>
          <w:jc w:val="center"/>
        </w:trPr>
        <w:tc>
          <w:tcPr>
            <w:tcW w:w="4839" w:type="dxa"/>
            <w:shd w:val="clear" w:color="auto" w:fill="EDEDED"/>
            <w:vAlign w:val="center"/>
          </w:tcPr>
          <w:p w:rsidR="00B95DA7" w:rsidRDefault="00615BC9">
            <w:pPr>
              <w:spacing w:after="0"/>
            </w:pPr>
            <w:r>
              <w:rPr>
                <w:b/>
                <w:sz w:val="17"/>
              </w:rPr>
              <w:t>Rearing Age / Instar</w:t>
            </w:r>
          </w:p>
        </w:tc>
        <w:tc>
          <w:tcPr>
            <w:tcW w:w="5889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7"/>
              </w:rPr>
              <w:t>________________________</w:t>
            </w:r>
          </w:p>
        </w:tc>
      </w:tr>
      <w:tr w:rsidR="00B95DA7" w:rsidTr="00C93CE4">
        <w:trPr>
          <w:jc w:val="center"/>
        </w:trPr>
        <w:tc>
          <w:tcPr>
            <w:tcW w:w="4839" w:type="dxa"/>
            <w:shd w:val="clear" w:color="auto" w:fill="EDEDED"/>
            <w:vAlign w:val="center"/>
          </w:tcPr>
          <w:p w:rsidR="00B95DA7" w:rsidRDefault="00615BC9">
            <w:pPr>
              <w:spacing w:after="0"/>
            </w:pPr>
            <w:r>
              <w:rPr>
                <w:b/>
                <w:sz w:val="17"/>
              </w:rPr>
              <w:t>Approx. Population / Lot</w:t>
            </w:r>
          </w:p>
        </w:tc>
        <w:tc>
          <w:tcPr>
            <w:tcW w:w="5889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7"/>
              </w:rPr>
              <w:t>________________________</w:t>
            </w:r>
          </w:p>
        </w:tc>
      </w:tr>
      <w:tr w:rsidR="00B95DA7" w:rsidTr="00C93CE4">
        <w:trPr>
          <w:jc w:val="center"/>
        </w:trPr>
        <w:tc>
          <w:tcPr>
            <w:tcW w:w="4839" w:type="dxa"/>
            <w:shd w:val="clear" w:color="auto" w:fill="EDEDED"/>
            <w:vAlign w:val="center"/>
          </w:tcPr>
          <w:p w:rsidR="00B95DA7" w:rsidRDefault="00615BC9">
            <w:pPr>
              <w:spacing w:after="0"/>
            </w:pPr>
            <w:r>
              <w:rPr>
                <w:b/>
                <w:sz w:val="17"/>
              </w:rPr>
              <w:t>Geographical / Collection Location</w:t>
            </w:r>
          </w:p>
        </w:tc>
        <w:tc>
          <w:tcPr>
            <w:tcW w:w="5889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7"/>
              </w:rPr>
              <w:t>____________________________________________________________</w:t>
            </w:r>
          </w:p>
        </w:tc>
      </w:tr>
    </w:tbl>
    <w:p w:rsidR="001C014C" w:rsidRDefault="001C014C">
      <w:pPr>
        <w:spacing w:before="100" w:after="40"/>
        <w:rPr>
          <w:b/>
          <w:sz w:val="22"/>
        </w:rPr>
      </w:pPr>
    </w:p>
    <w:p w:rsidR="00B95DA7" w:rsidRDefault="00615BC9">
      <w:pPr>
        <w:spacing w:before="100" w:after="40"/>
      </w:pPr>
      <w:r>
        <w:rPr>
          <w:b/>
          <w:sz w:val="22"/>
        </w:rPr>
        <w:t>C. DISEASE / SYMPTOM INFORMATION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5251"/>
        <w:gridCol w:w="5251"/>
      </w:tblGrid>
      <w:tr w:rsidR="00B95DA7">
        <w:trPr>
          <w:jc w:val="center"/>
        </w:trPr>
        <w:tc>
          <w:tcPr>
            <w:tcW w:w="5256" w:type="dxa"/>
            <w:shd w:val="clear" w:color="auto" w:fill="EDEDED"/>
            <w:vAlign w:val="center"/>
          </w:tcPr>
          <w:p w:rsidR="00B95DA7" w:rsidRDefault="00615BC9">
            <w:pPr>
              <w:spacing w:after="0"/>
            </w:pPr>
            <w:r>
              <w:rPr>
                <w:b/>
                <w:sz w:val="17"/>
              </w:rPr>
              <w:t>Reason for Sample Submission</w:t>
            </w:r>
          </w:p>
        </w:tc>
        <w:tc>
          <w:tcPr>
            <w:tcW w:w="5256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7"/>
              </w:rPr>
              <w:t>☐ Routine screening   ☐ Disease suspected   ☐ Mortality investigation   ☐ Certification / seed testing   ☐ Other</w:t>
            </w:r>
          </w:p>
        </w:tc>
      </w:tr>
      <w:tr w:rsidR="00B95DA7">
        <w:trPr>
          <w:jc w:val="center"/>
        </w:trPr>
        <w:tc>
          <w:tcPr>
            <w:tcW w:w="5256" w:type="dxa"/>
            <w:shd w:val="clear" w:color="auto" w:fill="EDEDED"/>
            <w:vAlign w:val="center"/>
          </w:tcPr>
          <w:p w:rsidR="00B95DA7" w:rsidRDefault="00615BC9">
            <w:pPr>
              <w:spacing w:after="0"/>
            </w:pPr>
            <w:r>
              <w:rPr>
                <w:b/>
                <w:sz w:val="17"/>
              </w:rPr>
              <w:t>Suspected Disease / Pathogen</w:t>
            </w:r>
          </w:p>
        </w:tc>
        <w:tc>
          <w:tcPr>
            <w:tcW w:w="5256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7"/>
              </w:rPr>
              <w:t>☐ Pebrine / Nosema   ☐ Grasserie / Virus   ☐ Cytoplasmic polyhedrosis / Cypovirus   ☐ Flacherie / Bacterial   ☐ Unknown / Mixed</w:t>
            </w:r>
          </w:p>
        </w:tc>
      </w:tr>
      <w:tr w:rsidR="00B95DA7">
        <w:trPr>
          <w:jc w:val="center"/>
        </w:trPr>
        <w:tc>
          <w:tcPr>
            <w:tcW w:w="5256" w:type="dxa"/>
            <w:shd w:val="clear" w:color="auto" w:fill="EDEDED"/>
            <w:vAlign w:val="center"/>
          </w:tcPr>
          <w:p w:rsidR="00B95DA7" w:rsidRDefault="00615BC9">
            <w:pPr>
              <w:spacing w:after="0"/>
            </w:pPr>
            <w:r>
              <w:rPr>
                <w:b/>
                <w:sz w:val="17"/>
              </w:rPr>
              <w:t>Main Clinical Symptoms Observed</w:t>
            </w:r>
          </w:p>
        </w:tc>
        <w:tc>
          <w:tcPr>
            <w:tcW w:w="5256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7"/>
              </w:rPr>
              <w:t>☐ Weakness   ☐ Loss of appetite   ☐ Vomiting / regurgitation   ☐ Melanization   ☐ Soft / liquefied body   ☐ Abnormal growth   ☐ Other: __________</w:t>
            </w:r>
          </w:p>
        </w:tc>
      </w:tr>
    </w:tbl>
    <w:p w:rsidR="001C014C" w:rsidRDefault="001C014C">
      <w:pPr>
        <w:spacing w:before="100" w:after="40"/>
        <w:rPr>
          <w:b/>
          <w:sz w:val="22"/>
        </w:rPr>
      </w:pPr>
    </w:p>
    <w:p w:rsidR="00B95DA7" w:rsidRDefault="00615BC9">
      <w:pPr>
        <w:spacing w:before="100" w:after="40"/>
      </w:pPr>
      <w:r>
        <w:rPr>
          <w:b/>
          <w:sz w:val="22"/>
        </w:rPr>
        <w:t>D. SAMPLE COLLECTION DETAILS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992"/>
        <w:gridCol w:w="1699"/>
        <w:gridCol w:w="1808"/>
        <w:gridCol w:w="1500"/>
        <w:gridCol w:w="1501"/>
        <w:gridCol w:w="1501"/>
        <w:gridCol w:w="1501"/>
      </w:tblGrid>
      <w:tr w:rsidR="00B95DA7" w:rsidTr="00C93CE4">
        <w:trPr>
          <w:jc w:val="center"/>
        </w:trPr>
        <w:tc>
          <w:tcPr>
            <w:tcW w:w="994" w:type="dxa"/>
            <w:shd w:val="clear" w:color="auto" w:fill="D9EAF7"/>
            <w:vAlign w:val="center"/>
          </w:tcPr>
          <w:p w:rsidR="00B95DA7" w:rsidRDefault="00615BC9">
            <w:pPr>
              <w:spacing w:after="0"/>
            </w:pPr>
            <w:r>
              <w:rPr>
                <w:b/>
                <w:sz w:val="16"/>
              </w:rPr>
              <w:t>Sl. No.</w:t>
            </w:r>
          </w:p>
        </w:tc>
        <w:tc>
          <w:tcPr>
            <w:tcW w:w="1701" w:type="dxa"/>
            <w:shd w:val="clear" w:color="auto" w:fill="D9EAF7"/>
            <w:vAlign w:val="center"/>
          </w:tcPr>
          <w:p w:rsidR="00B95DA7" w:rsidRDefault="00615BC9">
            <w:pPr>
              <w:spacing w:after="0"/>
            </w:pPr>
            <w:r>
              <w:rPr>
                <w:b/>
                <w:sz w:val="16"/>
              </w:rPr>
              <w:t>Sample ID</w:t>
            </w:r>
          </w:p>
        </w:tc>
        <w:tc>
          <w:tcPr>
            <w:tcW w:w="1811" w:type="dxa"/>
            <w:shd w:val="clear" w:color="auto" w:fill="D9EAF7"/>
            <w:vAlign w:val="center"/>
          </w:tcPr>
          <w:p w:rsidR="00B95DA7" w:rsidRDefault="00615BC9">
            <w:pPr>
              <w:spacing w:after="0"/>
            </w:pPr>
            <w:r>
              <w:rPr>
                <w:b/>
                <w:sz w:val="16"/>
              </w:rPr>
              <w:t>Sample Type</w:t>
            </w:r>
          </w:p>
        </w:tc>
        <w:tc>
          <w:tcPr>
            <w:tcW w:w="1502" w:type="dxa"/>
            <w:shd w:val="clear" w:color="auto" w:fill="D9EAF7"/>
            <w:vAlign w:val="center"/>
          </w:tcPr>
          <w:p w:rsidR="00B95DA7" w:rsidRDefault="00615BC9">
            <w:pPr>
              <w:spacing w:after="0"/>
            </w:pPr>
            <w:r>
              <w:rPr>
                <w:b/>
                <w:sz w:val="16"/>
              </w:rPr>
              <w:t>Stage / Instar</w:t>
            </w:r>
          </w:p>
        </w:tc>
        <w:tc>
          <w:tcPr>
            <w:tcW w:w="1502" w:type="dxa"/>
            <w:shd w:val="clear" w:color="auto" w:fill="D9EAF7"/>
            <w:vAlign w:val="center"/>
          </w:tcPr>
          <w:p w:rsidR="00B95DA7" w:rsidRDefault="00615BC9">
            <w:pPr>
              <w:spacing w:after="0"/>
            </w:pPr>
            <w:r>
              <w:rPr>
                <w:b/>
                <w:sz w:val="16"/>
              </w:rPr>
              <w:t>No. of Individuals</w:t>
            </w:r>
          </w:p>
        </w:tc>
        <w:tc>
          <w:tcPr>
            <w:tcW w:w="1502" w:type="dxa"/>
            <w:shd w:val="clear" w:color="auto" w:fill="D9EAF7"/>
            <w:vAlign w:val="center"/>
          </w:tcPr>
          <w:p w:rsidR="00B95DA7" w:rsidRDefault="00615BC9">
            <w:pPr>
              <w:spacing w:after="0"/>
            </w:pPr>
            <w:r>
              <w:rPr>
                <w:b/>
                <w:sz w:val="16"/>
              </w:rPr>
              <w:t>Individual / Pool</w:t>
            </w:r>
          </w:p>
        </w:tc>
        <w:tc>
          <w:tcPr>
            <w:tcW w:w="1502" w:type="dxa"/>
            <w:shd w:val="clear" w:color="auto" w:fill="D9EAF7"/>
            <w:vAlign w:val="center"/>
          </w:tcPr>
          <w:p w:rsidR="00B95DA7" w:rsidRDefault="00615BC9">
            <w:pPr>
              <w:spacing w:after="0"/>
            </w:pPr>
            <w:r>
              <w:rPr>
                <w:b/>
                <w:sz w:val="16"/>
              </w:rPr>
              <w:t>Remarks</w:t>
            </w:r>
          </w:p>
        </w:tc>
      </w:tr>
      <w:tr w:rsidR="00B95DA7" w:rsidTr="00C93CE4">
        <w:trPr>
          <w:jc w:val="center"/>
        </w:trPr>
        <w:tc>
          <w:tcPr>
            <w:tcW w:w="994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5"/>
              </w:rPr>
              <w:t>1</w:t>
            </w:r>
          </w:p>
        </w:tc>
        <w:tc>
          <w:tcPr>
            <w:tcW w:w="1701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811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5"/>
              </w:rPr>
              <w:t>☐ Ind. ☐ Pool</w:t>
            </w: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</w:tr>
      <w:tr w:rsidR="00B95DA7" w:rsidTr="00C93CE4">
        <w:trPr>
          <w:jc w:val="center"/>
        </w:trPr>
        <w:tc>
          <w:tcPr>
            <w:tcW w:w="994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5"/>
              </w:rPr>
              <w:t>2</w:t>
            </w:r>
          </w:p>
        </w:tc>
        <w:tc>
          <w:tcPr>
            <w:tcW w:w="1701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811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5"/>
              </w:rPr>
              <w:t>☐ Ind. ☐ Pool</w:t>
            </w: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</w:tr>
      <w:tr w:rsidR="00B95DA7" w:rsidTr="00C93CE4">
        <w:trPr>
          <w:jc w:val="center"/>
        </w:trPr>
        <w:tc>
          <w:tcPr>
            <w:tcW w:w="994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5"/>
              </w:rPr>
              <w:t>3</w:t>
            </w:r>
          </w:p>
        </w:tc>
        <w:tc>
          <w:tcPr>
            <w:tcW w:w="1701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811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5"/>
              </w:rPr>
              <w:t>☐ Ind. ☐ Pool</w:t>
            </w: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</w:tr>
      <w:tr w:rsidR="00B95DA7" w:rsidTr="00C93CE4">
        <w:trPr>
          <w:jc w:val="center"/>
        </w:trPr>
        <w:tc>
          <w:tcPr>
            <w:tcW w:w="994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5"/>
              </w:rPr>
              <w:t>4</w:t>
            </w:r>
          </w:p>
        </w:tc>
        <w:tc>
          <w:tcPr>
            <w:tcW w:w="1701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811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5"/>
              </w:rPr>
              <w:t>☐ Ind. ☐ Pool</w:t>
            </w: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</w:tr>
      <w:tr w:rsidR="00B95DA7" w:rsidTr="00C93CE4">
        <w:trPr>
          <w:jc w:val="center"/>
        </w:trPr>
        <w:tc>
          <w:tcPr>
            <w:tcW w:w="994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5"/>
              </w:rPr>
              <w:t>5</w:t>
            </w:r>
          </w:p>
        </w:tc>
        <w:tc>
          <w:tcPr>
            <w:tcW w:w="1701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811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5"/>
              </w:rPr>
              <w:t>☐ Ind. ☐ Pool</w:t>
            </w: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</w:tr>
      <w:tr w:rsidR="00B95DA7" w:rsidTr="00C93CE4">
        <w:trPr>
          <w:jc w:val="center"/>
        </w:trPr>
        <w:tc>
          <w:tcPr>
            <w:tcW w:w="994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5"/>
              </w:rPr>
              <w:t>6</w:t>
            </w:r>
          </w:p>
        </w:tc>
        <w:tc>
          <w:tcPr>
            <w:tcW w:w="1701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811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5"/>
              </w:rPr>
              <w:t>☐ Ind. ☐ Pool</w:t>
            </w: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</w:tr>
      <w:tr w:rsidR="00B95DA7" w:rsidTr="00C93CE4">
        <w:trPr>
          <w:jc w:val="center"/>
        </w:trPr>
        <w:tc>
          <w:tcPr>
            <w:tcW w:w="994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5"/>
              </w:rPr>
              <w:t>7</w:t>
            </w:r>
          </w:p>
        </w:tc>
        <w:tc>
          <w:tcPr>
            <w:tcW w:w="1701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811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5"/>
              </w:rPr>
              <w:t>☐ Ind. ☐ Pool</w:t>
            </w: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</w:tr>
      <w:tr w:rsidR="00B95DA7" w:rsidTr="00C93CE4">
        <w:trPr>
          <w:jc w:val="center"/>
        </w:trPr>
        <w:tc>
          <w:tcPr>
            <w:tcW w:w="994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5"/>
              </w:rPr>
              <w:t>8</w:t>
            </w:r>
          </w:p>
        </w:tc>
        <w:tc>
          <w:tcPr>
            <w:tcW w:w="1701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811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5"/>
              </w:rPr>
              <w:t>☐ Ind. ☐ Pool</w:t>
            </w: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</w:tr>
      <w:tr w:rsidR="00B95DA7" w:rsidTr="00C93CE4">
        <w:trPr>
          <w:jc w:val="center"/>
        </w:trPr>
        <w:tc>
          <w:tcPr>
            <w:tcW w:w="994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5"/>
              </w:rPr>
              <w:t>9</w:t>
            </w:r>
          </w:p>
        </w:tc>
        <w:tc>
          <w:tcPr>
            <w:tcW w:w="1701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811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5"/>
              </w:rPr>
              <w:t>☐ Ind. ☐ Pool</w:t>
            </w: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</w:tr>
      <w:tr w:rsidR="00B95DA7" w:rsidTr="00C93CE4">
        <w:trPr>
          <w:jc w:val="center"/>
        </w:trPr>
        <w:tc>
          <w:tcPr>
            <w:tcW w:w="994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5"/>
              </w:rPr>
              <w:t>10</w:t>
            </w:r>
          </w:p>
        </w:tc>
        <w:tc>
          <w:tcPr>
            <w:tcW w:w="1701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811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  <w:tc>
          <w:tcPr>
            <w:tcW w:w="1502" w:type="dxa"/>
            <w:vAlign w:val="center"/>
          </w:tcPr>
          <w:p w:rsidR="00B95DA7" w:rsidRDefault="00615BC9">
            <w:pPr>
              <w:spacing w:after="0"/>
            </w:pPr>
            <w:r>
              <w:rPr>
                <w:sz w:val="15"/>
              </w:rPr>
              <w:t>☐ Ind. ☐ Pool</w:t>
            </w:r>
          </w:p>
        </w:tc>
        <w:tc>
          <w:tcPr>
            <w:tcW w:w="1502" w:type="dxa"/>
            <w:vAlign w:val="center"/>
          </w:tcPr>
          <w:p w:rsidR="00B95DA7" w:rsidRDefault="00B95DA7">
            <w:pPr>
              <w:spacing w:after="0"/>
            </w:pPr>
          </w:p>
        </w:tc>
      </w:tr>
    </w:tbl>
    <w:p w:rsidR="00B95DA7" w:rsidRDefault="00615BC9">
      <w:pPr>
        <w:spacing w:before="60"/>
      </w:pPr>
      <w:r>
        <w:rPr>
          <w:b/>
          <w:sz w:val="17"/>
        </w:rPr>
        <w:t xml:space="preserve">Suggested sample types: </w:t>
      </w:r>
      <w:r>
        <w:rPr>
          <w:sz w:val="17"/>
        </w:rPr>
        <w:t xml:space="preserve">live/dead silkworm larvae, moths, pupae, cocoons, </w:t>
      </w:r>
      <w:proofErr w:type="spellStart"/>
      <w:r w:rsidR="00C93CE4">
        <w:rPr>
          <w:sz w:val="17"/>
        </w:rPr>
        <w:t>haemolymph</w:t>
      </w:r>
      <w:proofErr w:type="spellEnd"/>
      <w:r w:rsidR="00C93CE4">
        <w:rPr>
          <w:sz w:val="17"/>
        </w:rPr>
        <w:t xml:space="preserve">, </w:t>
      </w:r>
      <w:proofErr w:type="spellStart"/>
      <w:r w:rsidR="00C93CE4">
        <w:rPr>
          <w:sz w:val="17"/>
        </w:rPr>
        <w:t>midgut</w:t>
      </w:r>
      <w:proofErr w:type="spellEnd"/>
      <w:r w:rsidR="00C93CE4">
        <w:rPr>
          <w:sz w:val="17"/>
        </w:rPr>
        <w:t xml:space="preserve">/tissue </w:t>
      </w:r>
      <w:r>
        <w:rPr>
          <w:sz w:val="17"/>
        </w:rPr>
        <w:t>or other material as advised by the laboratory.</w:t>
      </w:r>
    </w:p>
    <w:p w:rsidR="00B95DA7" w:rsidRDefault="00615BC9">
      <w:r>
        <w:br w:type="page"/>
      </w:r>
    </w:p>
    <w:p w:rsidR="00B95DA7" w:rsidRDefault="00615BC9" w:rsidP="001C014C">
      <w:pPr>
        <w:spacing w:before="100" w:after="40"/>
      </w:pPr>
      <w:r>
        <w:rPr>
          <w:b/>
          <w:sz w:val="22"/>
        </w:rPr>
        <w:lastRenderedPageBreak/>
        <w:t>E. TESTS REQUESTED / CLINICAL INFORMATION FOR LABORATORY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809"/>
        <w:gridCol w:w="2628"/>
        <w:gridCol w:w="2628"/>
      </w:tblGrid>
      <w:tr w:rsidR="00A12DF5" w:rsidTr="00A12DF5">
        <w:tc>
          <w:tcPr>
            <w:tcW w:w="1809" w:type="dxa"/>
            <w:shd w:val="clear" w:color="auto" w:fill="D9EAF7"/>
            <w:vAlign w:val="center"/>
          </w:tcPr>
          <w:p w:rsidR="00A12DF5" w:rsidRDefault="00A12DF5">
            <w:pPr>
              <w:spacing w:after="0"/>
            </w:pPr>
            <w:r>
              <w:rPr>
                <w:b/>
                <w:sz w:val="16"/>
              </w:rPr>
              <w:t>Sl. No.</w:t>
            </w:r>
          </w:p>
        </w:tc>
        <w:tc>
          <w:tcPr>
            <w:tcW w:w="2628" w:type="dxa"/>
            <w:shd w:val="clear" w:color="auto" w:fill="D9EAF7"/>
            <w:vAlign w:val="center"/>
          </w:tcPr>
          <w:p w:rsidR="00A12DF5" w:rsidRDefault="00A12DF5">
            <w:pPr>
              <w:spacing w:after="0"/>
            </w:pPr>
            <w:r>
              <w:rPr>
                <w:b/>
                <w:sz w:val="16"/>
              </w:rPr>
              <w:t>Test Requested</w:t>
            </w:r>
          </w:p>
        </w:tc>
        <w:tc>
          <w:tcPr>
            <w:tcW w:w="2628" w:type="dxa"/>
            <w:shd w:val="clear" w:color="auto" w:fill="D9EAF7"/>
            <w:vAlign w:val="center"/>
          </w:tcPr>
          <w:p w:rsidR="00A12DF5" w:rsidRDefault="00A12DF5">
            <w:pPr>
              <w:spacing w:after="0"/>
            </w:pPr>
            <w:r>
              <w:rPr>
                <w:b/>
                <w:sz w:val="16"/>
              </w:rPr>
              <w:t>Laboratory Use / Remarks</w:t>
            </w:r>
          </w:p>
        </w:tc>
      </w:tr>
      <w:tr w:rsidR="00A12DF5" w:rsidTr="00A12DF5">
        <w:tc>
          <w:tcPr>
            <w:tcW w:w="1809" w:type="dxa"/>
            <w:vAlign w:val="center"/>
          </w:tcPr>
          <w:p w:rsidR="00A12DF5" w:rsidRDefault="00A12DF5">
            <w:pPr>
              <w:spacing w:after="0"/>
            </w:pPr>
            <w:r>
              <w:rPr>
                <w:sz w:val="15"/>
              </w:rPr>
              <w:t>1</w:t>
            </w:r>
          </w:p>
        </w:tc>
        <w:tc>
          <w:tcPr>
            <w:tcW w:w="2628" w:type="dxa"/>
            <w:vAlign w:val="center"/>
          </w:tcPr>
          <w:p w:rsidR="00A12DF5" w:rsidRDefault="00A12DF5">
            <w:pPr>
              <w:spacing w:after="0"/>
            </w:pPr>
          </w:p>
        </w:tc>
        <w:tc>
          <w:tcPr>
            <w:tcW w:w="2628" w:type="dxa"/>
            <w:vAlign w:val="center"/>
          </w:tcPr>
          <w:p w:rsidR="00A12DF5" w:rsidRDefault="00A12DF5">
            <w:pPr>
              <w:spacing w:after="0"/>
            </w:pPr>
          </w:p>
        </w:tc>
      </w:tr>
      <w:tr w:rsidR="00A12DF5" w:rsidTr="00A12DF5">
        <w:tc>
          <w:tcPr>
            <w:tcW w:w="1809" w:type="dxa"/>
            <w:vAlign w:val="center"/>
          </w:tcPr>
          <w:p w:rsidR="00A12DF5" w:rsidRDefault="00A12DF5">
            <w:pPr>
              <w:spacing w:after="0"/>
            </w:pPr>
            <w:r>
              <w:rPr>
                <w:sz w:val="15"/>
              </w:rPr>
              <w:t>2</w:t>
            </w:r>
          </w:p>
        </w:tc>
        <w:tc>
          <w:tcPr>
            <w:tcW w:w="2628" w:type="dxa"/>
            <w:vAlign w:val="center"/>
          </w:tcPr>
          <w:p w:rsidR="00A12DF5" w:rsidRDefault="00A12DF5">
            <w:pPr>
              <w:spacing w:after="0"/>
            </w:pPr>
          </w:p>
        </w:tc>
        <w:tc>
          <w:tcPr>
            <w:tcW w:w="2628" w:type="dxa"/>
            <w:vAlign w:val="center"/>
          </w:tcPr>
          <w:p w:rsidR="00A12DF5" w:rsidRDefault="00A12DF5">
            <w:pPr>
              <w:spacing w:after="0"/>
            </w:pPr>
          </w:p>
        </w:tc>
      </w:tr>
      <w:tr w:rsidR="00A12DF5" w:rsidTr="00A12DF5">
        <w:tc>
          <w:tcPr>
            <w:tcW w:w="1809" w:type="dxa"/>
            <w:vAlign w:val="center"/>
          </w:tcPr>
          <w:p w:rsidR="00A12DF5" w:rsidRDefault="00A12DF5">
            <w:pPr>
              <w:spacing w:after="0"/>
            </w:pPr>
            <w:r>
              <w:rPr>
                <w:sz w:val="15"/>
              </w:rPr>
              <w:t>3</w:t>
            </w:r>
          </w:p>
        </w:tc>
        <w:tc>
          <w:tcPr>
            <w:tcW w:w="2628" w:type="dxa"/>
            <w:vAlign w:val="center"/>
          </w:tcPr>
          <w:p w:rsidR="00A12DF5" w:rsidRDefault="00A12DF5">
            <w:pPr>
              <w:spacing w:after="0"/>
            </w:pPr>
          </w:p>
        </w:tc>
        <w:tc>
          <w:tcPr>
            <w:tcW w:w="2628" w:type="dxa"/>
            <w:vAlign w:val="center"/>
          </w:tcPr>
          <w:p w:rsidR="00A12DF5" w:rsidRDefault="00A12DF5">
            <w:pPr>
              <w:spacing w:after="0"/>
            </w:pPr>
          </w:p>
        </w:tc>
      </w:tr>
      <w:tr w:rsidR="00A12DF5" w:rsidTr="00A12DF5">
        <w:tc>
          <w:tcPr>
            <w:tcW w:w="1809" w:type="dxa"/>
            <w:vAlign w:val="center"/>
          </w:tcPr>
          <w:p w:rsidR="00A12DF5" w:rsidRDefault="00A12DF5">
            <w:pPr>
              <w:spacing w:after="0"/>
            </w:pPr>
            <w:r>
              <w:rPr>
                <w:sz w:val="15"/>
              </w:rPr>
              <w:t>4</w:t>
            </w:r>
          </w:p>
        </w:tc>
        <w:tc>
          <w:tcPr>
            <w:tcW w:w="2628" w:type="dxa"/>
            <w:vAlign w:val="center"/>
          </w:tcPr>
          <w:p w:rsidR="00A12DF5" w:rsidRDefault="00A12DF5">
            <w:pPr>
              <w:spacing w:after="0"/>
            </w:pPr>
          </w:p>
        </w:tc>
        <w:tc>
          <w:tcPr>
            <w:tcW w:w="2628" w:type="dxa"/>
            <w:vAlign w:val="center"/>
          </w:tcPr>
          <w:p w:rsidR="00A12DF5" w:rsidRDefault="00A12DF5">
            <w:pPr>
              <w:spacing w:after="0"/>
            </w:pPr>
          </w:p>
        </w:tc>
      </w:tr>
      <w:tr w:rsidR="00A12DF5" w:rsidTr="00A12DF5">
        <w:tc>
          <w:tcPr>
            <w:tcW w:w="1809" w:type="dxa"/>
            <w:vAlign w:val="center"/>
          </w:tcPr>
          <w:p w:rsidR="00A12DF5" w:rsidRDefault="00A12DF5">
            <w:pPr>
              <w:spacing w:after="0"/>
            </w:pPr>
            <w:r>
              <w:rPr>
                <w:sz w:val="15"/>
              </w:rPr>
              <w:t>5</w:t>
            </w:r>
          </w:p>
        </w:tc>
        <w:tc>
          <w:tcPr>
            <w:tcW w:w="2628" w:type="dxa"/>
            <w:vAlign w:val="center"/>
          </w:tcPr>
          <w:p w:rsidR="00A12DF5" w:rsidRDefault="00A12DF5">
            <w:pPr>
              <w:spacing w:after="0"/>
            </w:pPr>
          </w:p>
        </w:tc>
        <w:tc>
          <w:tcPr>
            <w:tcW w:w="2628" w:type="dxa"/>
            <w:vAlign w:val="center"/>
          </w:tcPr>
          <w:p w:rsidR="00A12DF5" w:rsidRDefault="00A12DF5">
            <w:pPr>
              <w:spacing w:after="0"/>
            </w:pPr>
          </w:p>
        </w:tc>
      </w:tr>
    </w:tbl>
    <w:p w:rsidR="001C014C" w:rsidRDefault="001C014C">
      <w:pPr>
        <w:spacing w:before="100" w:after="40"/>
        <w:rPr>
          <w:b/>
          <w:sz w:val="22"/>
        </w:rPr>
      </w:pPr>
    </w:p>
    <w:p w:rsidR="00B95DA7" w:rsidRDefault="001C014C">
      <w:pPr>
        <w:spacing w:before="100" w:after="40"/>
      </w:pPr>
      <w:r>
        <w:rPr>
          <w:b/>
          <w:sz w:val="22"/>
        </w:rPr>
        <w:t>F</w:t>
      </w:r>
      <w:r w:rsidR="00615BC9">
        <w:rPr>
          <w:b/>
          <w:sz w:val="22"/>
        </w:rPr>
        <w:t>. DECLARATION BY SAMPLE SUBMITTER</w:t>
      </w:r>
    </w:p>
    <w:p w:rsidR="00B95DA7" w:rsidRDefault="00615BC9">
      <w:pPr>
        <w:spacing w:after="60"/>
      </w:pPr>
      <w:r>
        <w:rPr>
          <w:sz w:val="17"/>
        </w:rPr>
        <w:t>I certify that the information provided above is true to the best of my knowledge and that the samples submitted are correctly identified. I understand that the laboratory test results apply only to the samples received and tested under the specified conditions.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2422"/>
        <w:gridCol w:w="820"/>
        <w:gridCol w:w="2420"/>
        <w:gridCol w:w="2420"/>
        <w:gridCol w:w="2420"/>
      </w:tblGrid>
      <w:tr w:rsidR="001C014C" w:rsidTr="001C014C">
        <w:tc>
          <w:tcPr>
            <w:tcW w:w="2439" w:type="dxa"/>
            <w:shd w:val="clear" w:color="auto" w:fill="EDEDED"/>
            <w:vAlign w:val="center"/>
          </w:tcPr>
          <w:p w:rsidR="001C014C" w:rsidRDefault="001C014C">
            <w:pPr>
              <w:spacing w:after="0"/>
            </w:pPr>
            <w:r>
              <w:rPr>
                <w:b/>
                <w:sz w:val="16"/>
              </w:rPr>
              <w:t>Name &amp; Signature of Sample Submitter</w:t>
            </w:r>
          </w:p>
        </w:tc>
        <w:tc>
          <w:tcPr>
            <w:tcW w:w="975" w:type="dxa"/>
            <w:shd w:val="clear" w:color="auto" w:fill="EDEDED"/>
          </w:tcPr>
          <w:p w:rsidR="001C014C" w:rsidRDefault="001C014C">
            <w:pPr>
              <w:spacing w:after="0"/>
              <w:rPr>
                <w:b/>
                <w:sz w:val="16"/>
              </w:rPr>
            </w:pPr>
          </w:p>
        </w:tc>
        <w:tc>
          <w:tcPr>
            <w:tcW w:w="2438" w:type="dxa"/>
            <w:shd w:val="clear" w:color="auto" w:fill="EDEDED"/>
            <w:vAlign w:val="center"/>
          </w:tcPr>
          <w:p w:rsidR="001C014C" w:rsidRDefault="001C014C">
            <w:pPr>
              <w:spacing w:after="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w="2438" w:type="dxa"/>
            <w:shd w:val="clear" w:color="auto" w:fill="EDEDED"/>
            <w:vAlign w:val="center"/>
          </w:tcPr>
          <w:p w:rsidR="001C014C" w:rsidRDefault="001C014C">
            <w:pPr>
              <w:spacing w:after="0"/>
            </w:pPr>
            <w:r>
              <w:rPr>
                <w:b/>
                <w:sz w:val="16"/>
              </w:rPr>
              <w:t>Name &amp; Signature of Receiving Officer</w:t>
            </w:r>
          </w:p>
        </w:tc>
        <w:tc>
          <w:tcPr>
            <w:tcW w:w="2438" w:type="dxa"/>
            <w:shd w:val="clear" w:color="auto" w:fill="EDEDED"/>
            <w:vAlign w:val="center"/>
          </w:tcPr>
          <w:p w:rsidR="001C014C" w:rsidRDefault="001C014C">
            <w:pPr>
              <w:spacing w:after="0"/>
            </w:pPr>
            <w:r>
              <w:rPr>
                <w:b/>
                <w:sz w:val="16"/>
              </w:rPr>
              <w:t>Date</w:t>
            </w:r>
          </w:p>
        </w:tc>
      </w:tr>
      <w:tr w:rsidR="001C014C" w:rsidTr="001C014C">
        <w:tc>
          <w:tcPr>
            <w:tcW w:w="2439" w:type="dxa"/>
            <w:vAlign w:val="center"/>
          </w:tcPr>
          <w:p w:rsidR="001C014C" w:rsidRDefault="001C014C">
            <w:pPr>
              <w:spacing w:after="0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________________________</w:t>
            </w:r>
          </w:p>
        </w:tc>
        <w:tc>
          <w:tcPr>
            <w:tcW w:w="975" w:type="dxa"/>
          </w:tcPr>
          <w:p w:rsidR="001C014C" w:rsidRDefault="001C014C">
            <w:pPr>
              <w:spacing w:after="0"/>
              <w:rPr>
                <w:sz w:val="16"/>
              </w:rPr>
            </w:pPr>
          </w:p>
        </w:tc>
        <w:tc>
          <w:tcPr>
            <w:tcW w:w="2438" w:type="dxa"/>
            <w:vAlign w:val="center"/>
          </w:tcPr>
          <w:p w:rsidR="001C014C" w:rsidRDefault="001C014C">
            <w:pPr>
              <w:spacing w:after="0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________________________</w:t>
            </w:r>
          </w:p>
        </w:tc>
        <w:tc>
          <w:tcPr>
            <w:tcW w:w="2438" w:type="dxa"/>
            <w:vAlign w:val="center"/>
          </w:tcPr>
          <w:p w:rsidR="001C014C" w:rsidRDefault="001C014C">
            <w:pPr>
              <w:spacing w:after="0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________________________</w:t>
            </w:r>
          </w:p>
        </w:tc>
        <w:tc>
          <w:tcPr>
            <w:tcW w:w="2438" w:type="dxa"/>
            <w:vAlign w:val="center"/>
          </w:tcPr>
          <w:p w:rsidR="001C014C" w:rsidRDefault="001C014C">
            <w:pPr>
              <w:spacing w:after="0"/>
            </w:pP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________________________</w:t>
            </w:r>
          </w:p>
        </w:tc>
      </w:tr>
    </w:tbl>
    <w:p w:rsidR="001C014C" w:rsidRDefault="001C014C">
      <w:pPr>
        <w:spacing w:before="100"/>
        <w:jc w:val="center"/>
        <w:rPr>
          <w:b/>
          <w:sz w:val="16"/>
        </w:rPr>
      </w:pPr>
    </w:p>
    <w:p w:rsidR="00B95DA7" w:rsidRDefault="00615BC9">
      <w:pPr>
        <w:spacing w:before="100"/>
        <w:jc w:val="center"/>
      </w:pPr>
      <w:r>
        <w:rPr>
          <w:b/>
          <w:sz w:val="16"/>
        </w:rPr>
        <w:t xml:space="preserve">Important: Samples </w:t>
      </w:r>
      <w:proofErr w:type="gramStart"/>
      <w:r>
        <w:rPr>
          <w:b/>
          <w:sz w:val="16"/>
        </w:rPr>
        <w:t>should be collected, labelled, packed and transported as advised by the Molecular Testing Laboratory</w:t>
      </w:r>
      <w:proofErr w:type="gramEnd"/>
      <w:r>
        <w:rPr>
          <w:b/>
          <w:sz w:val="16"/>
        </w:rPr>
        <w:t>. For suspected infectious disease, maintain appropriate biosecurity and avoid mixing samples from different lots.</w:t>
      </w:r>
    </w:p>
    <w:sectPr w:rsidR="00B95DA7" w:rsidSect="00034616">
      <w:footerReference w:type="default" r:id="rId8"/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134" w:rsidRDefault="009A3134">
      <w:pPr>
        <w:spacing w:after="0" w:line="240" w:lineRule="auto"/>
      </w:pPr>
      <w:r>
        <w:separator/>
      </w:r>
    </w:p>
  </w:endnote>
  <w:endnote w:type="continuationSeparator" w:id="0">
    <w:p w:rsidR="009A3134" w:rsidRDefault="009A31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95DA7" w:rsidRDefault="00615BC9">
    <w:pPr>
      <w:pStyle w:val="Footer"/>
      <w:jc w:val="center"/>
    </w:pPr>
    <w:r>
      <w:rPr>
        <w:sz w:val="14"/>
      </w:rPr>
      <w:t>CSB-ISBR Molecular Testing Laboratory | Silkworm Sample Colle</w:t>
    </w:r>
    <w:r w:rsidR="001C014C">
      <w:rPr>
        <w:sz w:val="14"/>
      </w:rPr>
      <w:t>ction form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134" w:rsidRDefault="009A3134">
      <w:pPr>
        <w:spacing w:after="0" w:line="240" w:lineRule="auto"/>
      </w:pPr>
      <w:r>
        <w:separator/>
      </w:r>
    </w:p>
  </w:footnote>
  <w:footnote w:type="continuationSeparator" w:id="0">
    <w:p w:rsidR="009A3134" w:rsidRDefault="009A31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C014C"/>
    <w:rsid w:val="0029639D"/>
    <w:rsid w:val="00326F90"/>
    <w:rsid w:val="00615BC9"/>
    <w:rsid w:val="009A3134"/>
    <w:rsid w:val="00A12DF5"/>
    <w:rsid w:val="00AA1D8D"/>
    <w:rsid w:val="00B47730"/>
    <w:rsid w:val="00B95DA7"/>
    <w:rsid w:val="00C93CE4"/>
    <w:rsid w:val="00CB0664"/>
    <w:rsid w:val="00E1369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610657FD-7BF0-42DD-BAA5-BA039BEC5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2387C10-C924-415D-84EC-ECA6E8495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hp</cp:lastModifiedBy>
  <cp:revision>2</cp:revision>
  <dcterms:created xsi:type="dcterms:W3CDTF">2026-08-12T05:18:00Z</dcterms:created>
  <dcterms:modified xsi:type="dcterms:W3CDTF">2026-08-12T05:18:00Z</dcterms:modified>
  <cp:category/>
</cp:coreProperties>
</file>